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 על בחירה חופשית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מקורות יהודיים מרכזיים העוסקים בבחירה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הרעיון של אחריות אישית על פי התורה, המשנה והרמב"ם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המקורות לבחירות יומיומיות בחיי בני נוער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הבחירה ניתנת לנו מחדש בכל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לבחור בדרך הטובה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לקין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הפסוק מציב את החיים והטוב מול המוות והרע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נאמר 'ואתה תמשול בו' - יש לאדם יכולת לשלוט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מקור לרעיון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(האדם ניצב מול שתי דרכים - טוב ורע)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(כדאי לבחור בדרך הטובה, זה משפיע גם על העתיד)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(הדחף מחכה לאדם אך הוא יכול לשלוט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(יש ידיעה והשגחה, ובכל זאת לאדם יש בחירה)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מקור רלוונטי ויסביר קשר אישי - למשל, בחירה בין כעס לאיפוק, בין עצלות למאמץ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שלאדם יש כוח וחופש לבחור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רלוונטית כמו כעס, עצלות או פיתוי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המבוססת על הרעיון שאין גורל קבוע מראש ושהאדם יכול להטות את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כל מקור בקול ולתת לתלמידים לנסח במילים שלהם לפני המעבר למשימות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דיון קבוצתי סביב שאלת ההתמודדות עם 'רובץ בפתח' מניסיון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המקורות לדוגמאות עכשוויות מחיי בני הנוער כדי לחזק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 על בחירה חופשית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נפגוש חמישה מקורות יהודיים - מהתורה, מהמשנה ומהרמב"ם - שעוסקים בשאלה האם לאדם יש בחירה חופשית, ואיך הוא יכול לשלוט בדחפים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היום  ·  חיים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המילה 'היום' בפסוק מדברים ל, 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הבחירה ניתנת לנו מחדש בכל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הבחירה היתה רק פעם אחת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הבחירה שייכת רק ליום מסוים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התורה ממליצה לאדם לעשות על פי הפסוק 'ובחרת בחיים'?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להימנע מכל 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לבחור בדרך הטובה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לבחור תמיד בדרך הקלה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למי פונה הפסוק 'הלוא אם תיטיב' בספר בראשית?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לאברהם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לקין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דברים ל, טו, האדם ניצב מול שתי דרכים - טוב ורע.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על פי בראשית ד, ז, לאדם אין שום יכולת לשלוט בדחף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ראה נתתי לפניך __________ את החיים ואת הטוב ואת המוות ואת הרע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ובחרת ב__________ למען תחיה אתה וזרעך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מקור לרעיון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דברים ל, 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יש ידיעה והשגחה, ובכל זאת לאדם יש בחירה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דברים ל, 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הדחף מחכה לאדם אך הוא יכול לשלוט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בראשית ד, 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האדם ניצב מול שתי דרכים - טוב ורע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משנה אבות ג, 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כדאי לבחור בדרך הטובה, זה משפיע גם על העתיד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מהמקורות שקראתם וכתבו איך הוא יכול להנחות אתכם בבחירה יומיומית קטנה.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הביטוי 'הרשות נתונה'?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לדחף ש'רובץ בפתח' בחיי היומיום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מקורות על בחירה חופשית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