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מקורות על בחירה חופשית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מקורות יהודיים מרכזיים העוסקים בבחירה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הרעיון של אחריות אישית על פי התורה, המשנה והרמב"ם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המקורות לבחירות יומיומיות בחיי בני נוער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הבחירה ניתנת לנו מחדש בכל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לבחור בדרך הטובה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לקין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שהדחף מחכה קרוב ומנסה למשוך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השגחה וידיעה מול רשות לבחור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האדם עצמו באמצעות בחירותיו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הפסוק מציב את החיים והטוב מול המוות והרע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הפסוק אומר 'למען תחיה אתה וזרעך' - גם לדורות הבאים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נאמר 'ואתה תמשול בו' - יש לאדם יכולת לשלוט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המשנה מחזיקה את שני הרעיונות יחד, לא סותרת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נאמר בדברי הרמב"ם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תשוקתו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הטות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מקור לרעיון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(האדם ניצב מול שתי דרכים - טוב ורע)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(כדאי לבחור בדרך הטובה, זה משפיע גם על העתיד)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(הדחף מחכה לאדם אך הוא יכול לשלוט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(יש ידיעה והשגחה, ובכל זאת לאדם יש בחירה)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(אין גורל שקובע מראש אם אדם יהיה טוב או רע)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יבחר מקור רלוונטי ויסביר קשר אישי - למשל, בחירה בין כעס לאיפוק, בין עצלות למאמץ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המתבססת על רעיון הבחירה החופשית - לכל אדם יש יכולת להטות את עצמו לכיוון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שלאדם יש כוח וחופש לבחור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אישית רלוונטית כמו כעס, עצלות או פיתוי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המבוססת על הרעיון שאין גורל קבוע מראש ושהאדם יכול להטות את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כל מקור בקול ולתת לתלמידים לנסח במילים שלהם לפני המעבר למשימות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דיון קבוצתי סביב שאלת ההתמודדות עם 'רובץ בפתח' מניסיון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המקורות לדוגמאות עכשוויות מחיי בני הנוער כדי לחזק את ההבנה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מקורות על בחירה חופשית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חמישה טקסטים ישנים וחשובים. כולם מדברים על זה שלאדם יש אפשרות לבחור בין טוב לרע.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בחירה חופשית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האפשרות של אדם להחליט בעצמו מה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רשות נתונה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לאדם יש אפשרות וכוח לבחור בעצמו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להטות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לכוון את עצמו לכיוון מסוים, טוב או רע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רובץ בפתח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לדחף או יצר שמחכה לאדם ומנסה למשוך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תמשול בו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תשלוט בדחף, לא תיתן לו לנצח אותך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רוב המעשה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הפעולות הרבות והקטנות שחוזרות על עצמן, לא מעשה אחד בלבד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הכל צפוי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ידיעה והשגחה על מה שקורה בעולם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ובחרת בחיים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המלצה לבחור בדרך הטובה והנכונה בחיים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כתוב 'היום' בפסוק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הבחירה ניתנת לנו מחדש בכל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הבחירה היתה רק פעם אחת בעבר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הבחירה שייכת רק ליום מסוים בשנה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משמעות מיוחדת למילה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התורה מציעה לנו לבחור?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להימנע מכל בחירה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לבחור בדרך הטובה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תמיד בדרך הקלה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להשאיר את הבחירה לאחרים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מי מדובר בפסוק מבראשית?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לאברהם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ליעקב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הדימוי של 'רובץ בפתח' מתאר?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שהחטא נמצא רחוק מהאדם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שהדחף מחכה קרוב ומנסה למשוך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שאין לאדם שום דחפים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שהחטא כבר קרה ואי אפשר לשנות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אילו שני דברים המשנה אומרת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עושר ועוני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השגחה וידיעה מול רשות לבחור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שינה וערות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עבר ועתיד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מחליט אם אדם יהיה טוב או רע, לפי הרמב"ם?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הגורל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האדם עצמו באמצעות בחירותיו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ההורים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לאדם שום השפעה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דברים ל, טו, האדם ניצב מול שתי דרכים - טוב ורע.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הפסוק 'ובחרת בחיים' מתייחס רק לאדם עצמו ואינו משפיע על אחרים.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 פי בראשית ד, ז, לאדם אין שום יכולת לשלוט בדחף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המשנה באבות אומרת ש'הכל צפוי' סותר לחלוטין את הרעיון של 'הרשות נתונה'.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הרמב"ם טוען שאדם יכול להיות צדיק כמו משה רבנו או רשע כמו ירבעם, בהתאם לבחירתו.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ראה נתתי לפניך __________ את החיים ואת הטוב ואת המוות ואת הרע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ובחרת ב__________ למען תחיה אתה וזרעך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ואליך __________ ואתה תמשול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הכל צפוי ו__________ נתונה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לכל אדם ניתנה הרשות ל__________ את עצמו לדרך טובה או לדרך רעה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מקור לרעיון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דברים ל, 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כדאי לבחור בדרך הטובה, זה משפיע גם על העתיד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דברים ל, יט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יש ידיעה והשגחה, ובכל זאת לאדם יש בחירה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בראשית ד, 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אין גורל שקובע מראש אם אדם יהיה טוב או רע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משנה אבות ג, 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האדם ניצב מול שתי דרכים - טוב ורע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הרמב"ם, הלכות תשובה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הדחף מחכה לאדם אך הוא יכול לשלוט 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מהמקורות שקראתם וכתבו איך הוא יכול להנחות אתכם בבחירה יומיומית קטנה.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הרמב"ם אומר שאין משפט כמו 'אני כזה, אי אפשר לשנות'. מה הייתם עונים למי שאומר משפט כזה?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הביטוי 'הרשות נתונה'?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לדחף ש'רובץ בפתח' בחיי היומיום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לדעתכם הרמב"ם היה אומר למי שטוען שאי אפשר להשתנות?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מקורות על בחירה חופשית ואחריות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