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על בחירה חופשית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יהודיים מרכזיים העוסקים בבחירה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אחריות אישית על פי התורה, המשנה והרמב"ם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המקורות לבחירות יומיומיות בחיי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הבחירה ניתנת לנו מחדש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לבחור בדרך הטובה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שהדחף מחכה קרוב ומנסה למשוך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השגחה וידיעה מול רשות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האדם עצמו באמצעות בחירותיו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 מציב את החיים והטוב מול המוות והרע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אומר 'למען תחיה אתה וזרעך' - גם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נאמר 'ואתה תמשול בו' - יש לאדם יכולת לשלוט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המשנה מחזיקה את שני הרעיונות יחד, לא סותרת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נאמר בדברי הרמב"ם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תשוקתו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מקור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(האדם ניצב מול שתי דרכים - טוב ורע)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(כדאי לבחור בדרך הטובה, זה משפיע גם על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(הדחף מחכה לאדם אך הוא יכול לשלוט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ידיעה והשגחה, ובכל זאת לאדם יש 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(אין גורל שקובע מראש אם אדם יהיה טוב או רע)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מקור רלוונטי ויסביר קשר אישי - למשל, בחירה בין כעס לאיפוק, בין עצלות למאמץ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המתבססת על רעיון הבחירה החופשית - לכל אדם יש יכולת להטות את עצמו לכיוון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שלאדם יש כוח וחופש לבחור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כמו כעס, עצלות או פיתוי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המבוססת על הרעיון שאין גורל קבוע מראש ושהאדם יכול להטות את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כל מקור בקול ולתת לתלמידים לנסח במילים שלהם לפני המעבר למשימות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דיון קבוצתי סביב שאלת ההתמודדות עם 'רובץ בפתח' מניסיון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המקורות לדוגמאות עכשוויות מחיי בני הנוער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על בחירה חופשית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נפגוש חמישה מקורות יהודיים - מהתורה, מהמשנה ומהרמב"ם - שעוסקים בשאלה האם לאדם יש בחירה חופשית, ואיך הוא יכול לשלוט בדחפים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'היום' בפסוק מדברים ל, 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הבחירה ניתנת לנו מחדש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הבחירה היתה רק פעם אחת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הבחירה שייכת רק ליום מסוים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משמעות מיוחדת למילה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התורה ממליצה לאדם לעשות על פי הפסוק 'ובחרת בחיים'?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להימנע מכל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בדרך הטובה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תמיד בדרך הקלה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להשאיר את הבחירה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פונה הפסוק 'הלוא אם תיטיב' בספר בראשית?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 הדימוי 'חטאת רובץ לפתח'?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שהחטא נמצא רחוק מהאדם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שהדחף מחכה קרוב ומנסה למשוך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לאדם שום דחפים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שהחטא כבר קרה ואי אפשר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שני הרעיונות שהמשנה באבות מחזיקה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ועוני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השגחה וידיעה מול רשות לבחור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וערות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פי הרמב"ם, מי קובע אם אדם יהיה צדיק או רשע?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הגורל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האדם עצמו באמצעות בחירותיו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לאדם שום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דברים ל, טו, האדם ניצב מול שתי דרכים - טוב ורע.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'ובחרת בחיים' מתייחס רק לאדם עצמו ואינו משפיע על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פי בראשית ד, ז, לאדם אין שום יכולת לשלוט בדחף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המשנה באבות אומרת ש'הכל צפוי' סותר לחלוטין את הרעיון של 'הרשות נתונה'.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הרמב"ם טוען שאדם יכול להיות צדיק כמו משה רבנו או רשע כמו ירבעם, בהתאם לבחירתו.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ראה נתתי לפניך __________ את החיים ואת הטוב ואת המוות ואת הרע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ובחרת ב__________ למען תחיה אתה וזרעך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ואליך __________ ואתה תמשול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 צפוי ו__________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אדם ניתנה הרשות ל__________ את עצמו לדרך טובה או לדרך רעה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מקור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דברים ל, 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ידיעה והשגחה, ובכל זאת לאדם יש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דברים ל, 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הדחף מחכה לאדם אך הוא יכול לשלוט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בראשית ד, 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האדם ניצב מול שתי דרכים - טוב ורע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משנה אבות ג, 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אין גורל שקובע מראש אם אדם יהיה טוב או 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הרמב"ם, הלכות 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כדאי לבחור בדרך הטובה, זה משפיע גם על העתיד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מהמקורות שקראתם וכתבו איך הוא יכול להנחות אתכם בבחירה יומיומית קטנה.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הרמב"ם אומר שאין משפט כמו 'אני כזה, אי אפשר לשנות'. מה הייתם עונים למי שאומר משפט כזה?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'הרשות נתונה'?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לדחף ש'רובץ בפתח' בחיי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הרמב"ם היה אומר למי שטוען שאי אפשר להשתנות?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על בחירה חופשית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